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821D5" w14:textId="77777777" w:rsidR="000F6711" w:rsidRPr="0093620F" w:rsidRDefault="00000000" w:rsidP="0093620F">
      <w:pPr>
        <w:pStyle w:val="Ttulo1"/>
        <w:jc w:val="center"/>
        <w:rPr>
          <w:color w:val="215868" w:themeColor="accent5" w:themeShade="80"/>
          <w:lang w:val="es-CL"/>
        </w:rPr>
      </w:pPr>
      <w:r w:rsidRPr="0093620F">
        <w:rPr>
          <w:color w:val="215868" w:themeColor="accent5" w:themeShade="80"/>
          <w:lang w:val="es-CL"/>
        </w:rPr>
        <w:t>CERTIFICADO DE PERTENENCIA A COMUNIDAD INDÍGENA</w:t>
      </w:r>
    </w:p>
    <w:p w14:paraId="20719A55" w14:textId="77777777" w:rsidR="0093620F" w:rsidRPr="0093620F" w:rsidRDefault="0093620F" w:rsidP="0093620F">
      <w:pPr>
        <w:rPr>
          <w:lang w:val="es-CL"/>
        </w:rPr>
      </w:pPr>
    </w:p>
    <w:p w14:paraId="6012BBAA" w14:textId="7AD4B94A" w:rsidR="0093620F" w:rsidRDefault="00000000" w:rsidP="0093620F">
      <w:pPr>
        <w:jc w:val="both"/>
        <w:rPr>
          <w:rFonts w:ascii="Aptos" w:hAnsi="Aptos"/>
          <w:sz w:val="24"/>
          <w:szCs w:val="24"/>
          <w:lang w:val="es-CL"/>
        </w:rPr>
      </w:pPr>
      <w:r w:rsidRPr="0093620F">
        <w:rPr>
          <w:lang w:val="es-CL"/>
        </w:rPr>
        <w:br/>
      </w:r>
      <w:r w:rsidRPr="0093620F">
        <w:rPr>
          <w:rFonts w:ascii="Aptos" w:hAnsi="Aptos"/>
          <w:sz w:val="24"/>
          <w:szCs w:val="24"/>
          <w:lang w:val="es-CL"/>
        </w:rPr>
        <w:t xml:space="preserve">Por medio de la presente, la Comunidad Indígena </w:t>
      </w:r>
      <w:r w:rsidR="0093620F">
        <w:rPr>
          <w:rFonts w:ascii="Aptos" w:hAnsi="Aptos"/>
          <w:sz w:val="24"/>
          <w:szCs w:val="24"/>
          <w:lang w:val="es-CL"/>
        </w:rPr>
        <w:t xml:space="preserve">Colla </w:t>
      </w:r>
      <w:r w:rsidRPr="0093620F">
        <w:rPr>
          <w:rFonts w:ascii="Aptos" w:hAnsi="Aptos"/>
          <w:sz w:val="24"/>
          <w:szCs w:val="24"/>
          <w:lang w:val="es-CL"/>
        </w:rPr>
        <w:t xml:space="preserve">___________________________, personalidad jurídica </w:t>
      </w:r>
      <w:r w:rsidR="0093620F" w:rsidRPr="0093620F">
        <w:rPr>
          <w:rFonts w:ascii="Aptos" w:hAnsi="Aptos"/>
          <w:sz w:val="24"/>
          <w:szCs w:val="24"/>
          <w:lang w:val="es-CL"/>
        </w:rPr>
        <w:t>N°</w:t>
      </w:r>
      <w:r w:rsidRPr="0093620F">
        <w:rPr>
          <w:rFonts w:ascii="Aptos" w:hAnsi="Aptos"/>
          <w:sz w:val="24"/>
          <w:szCs w:val="24"/>
          <w:lang w:val="es-CL"/>
        </w:rPr>
        <w:t xml:space="preserve"> ____________________, domiciliada en ____________________________, certifica que el(la) Sr.(a) ____________________________, cédula de identidad </w:t>
      </w:r>
      <w:r w:rsidR="0093620F" w:rsidRPr="0093620F">
        <w:rPr>
          <w:rFonts w:ascii="Aptos" w:hAnsi="Aptos"/>
          <w:sz w:val="24"/>
          <w:szCs w:val="24"/>
          <w:lang w:val="es-CL"/>
        </w:rPr>
        <w:t>N°</w:t>
      </w:r>
      <w:r w:rsidRPr="0093620F">
        <w:rPr>
          <w:rFonts w:ascii="Aptos" w:hAnsi="Aptos"/>
          <w:sz w:val="24"/>
          <w:szCs w:val="24"/>
          <w:lang w:val="es-CL"/>
        </w:rPr>
        <w:t xml:space="preserve"> ____________________, es integrante de esta comunidad indígena y participa activamente de nuestra organización.</w:t>
      </w:r>
      <w:r w:rsidRPr="0093620F">
        <w:rPr>
          <w:rFonts w:ascii="Aptos" w:hAnsi="Aptos"/>
          <w:sz w:val="24"/>
          <w:szCs w:val="24"/>
          <w:lang w:val="es-CL"/>
        </w:rPr>
        <w:br/>
      </w:r>
      <w:r w:rsidRPr="0093620F">
        <w:rPr>
          <w:rFonts w:ascii="Aptos" w:hAnsi="Aptos"/>
          <w:sz w:val="24"/>
          <w:szCs w:val="24"/>
          <w:lang w:val="es-CL"/>
        </w:rPr>
        <w:br/>
        <w:t xml:space="preserve">El presente certificado se emite a solicitud del interesado(a) para acreditar su pertenencia a la comunidad indígena y ser presentado </w:t>
      </w:r>
      <w:r w:rsidR="0093620F">
        <w:rPr>
          <w:rFonts w:ascii="Aptos" w:hAnsi="Aptos"/>
          <w:sz w:val="24"/>
          <w:szCs w:val="24"/>
          <w:lang w:val="es-CL"/>
        </w:rPr>
        <w:t>al Fondo Concursable FOCO: Juntos Crecemos de Lundin Mining Caserones.</w:t>
      </w:r>
    </w:p>
    <w:p w14:paraId="68B6ACC9" w14:textId="06ED7E4B" w:rsidR="000F6711" w:rsidRPr="0093620F" w:rsidRDefault="00000000" w:rsidP="0093620F">
      <w:pPr>
        <w:jc w:val="both"/>
        <w:rPr>
          <w:rFonts w:ascii="Aptos" w:hAnsi="Aptos"/>
          <w:sz w:val="24"/>
          <w:szCs w:val="24"/>
          <w:lang w:val="es-CL"/>
        </w:rPr>
      </w:pPr>
      <w:r w:rsidRPr="0093620F">
        <w:rPr>
          <w:rFonts w:ascii="Aptos" w:hAnsi="Aptos"/>
          <w:sz w:val="24"/>
          <w:szCs w:val="24"/>
          <w:lang w:val="es-CL"/>
        </w:rPr>
        <w:br/>
        <w:t>Se deja constancia de que esta certificación se emite conforme a los registros y al conocimiento que la directiva mantiene respecto de sus integrantes.</w:t>
      </w:r>
      <w:r w:rsidRPr="0093620F">
        <w:rPr>
          <w:rFonts w:ascii="Aptos" w:hAnsi="Aptos"/>
          <w:sz w:val="24"/>
          <w:szCs w:val="24"/>
          <w:lang w:val="es-CL"/>
        </w:rPr>
        <w:br/>
      </w:r>
      <w:r w:rsidRPr="0093620F">
        <w:rPr>
          <w:rFonts w:ascii="Aptos" w:hAnsi="Aptos"/>
          <w:sz w:val="24"/>
          <w:szCs w:val="24"/>
          <w:lang w:val="es-CL"/>
        </w:rPr>
        <w:br/>
        <w:t>Atentamente,</w:t>
      </w:r>
      <w:r w:rsidRPr="0093620F">
        <w:rPr>
          <w:rFonts w:ascii="Aptos" w:hAnsi="Aptos"/>
          <w:sz w:val="24"/>
          <w:szCs w:val="24"/>
          <w:lang w:val="es-CL"/>
        </w:rPr>
        <w:br/>
      </w:r>
      <w:r w:rsidRPr="0093620F">
        <w:rPr>
          <w:rFonts w:ascii="Aptos" w:hAnsi="Aptos"/>
          <w:sz w:val="24"/>
          <w:szCs w:val="24"/>
          <w:lang w:val="es-CL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0F6711" w:rsidRPr="0093620F" w14:paraId="2E612CB4" w14:textId="77777777">
        <w:tc>
          <w:tcPr>
            <w:tcW w:w="4320" w:type="dxa"/>
          </w:tcPr>
          <w:p w14:paraId="430F9501" w14:textId="77777777" w:rsidR="000F6711" w:rsidRPr="0093620F" w:rsidRDefault="00000000">
            <w:pPr>
              <w:rPr>
                <w:rFonts w:ascii="Aptos" w:hAnsi="Aptos"/>
                <w:sz w:val="24"/>
                <w:szCs w:val="24"/>
              </w:rPr>
            </w:pPr>
            <w:r w:rsidRPr="0093620F">
              <w:rPr>
                <w:rFonts w:ascii="Aptos" w:hAnsi="Aptos"/>
                <w:sz w:val="24"/>
                <w:szCs w:val="24"/>
              </w:rPr>
              <w:t>Presidente(a)</w:t>
            </w:r>
          </w:p>
        </w:tc>
        <w:tc>
          <w:tcPr>
            <w:tcW w:w="4320" w:type="dxa"/>
          </w:tcPr>
          <w:p w14:paraId="47D4161D" w14:textId="77777777" w:rsidR="000F6711" w:rsidRPr="0093620F" w:rsidRDefault="00000000">
            <w:pPr>
              <w:rPr>
                <w:rFonts w:ascii="Aptos" w:hAnsi="Aptos"/>
                <w:sz w:val="24"/>
                <w:szCs w:val="24"/>
              </w:rPr>
            </w:pPr>
            <w:r w:rsidRPr="0093620F">
              <w:rPr>
                <w:rFonts w:ascii="Aptos" w:hAnsi="Aptos"/>
                <w:sz w:val="24"/>
                <w:szCs w:val="24"/>
              </w:rPr>
              <w:t>Secretario(a)</w:t>
            </w:r>
          </w:p>
        </w:tc>
      </w:tr>
      <w:tr w:rsidR="000F6711" w:rsidRPr="0093620F" w14:paraId="6962D38A" w14:textId="77777777">
        <w:tc>
          <w:tcPr>
            <w:tcW w:w="4320" w:type="dxa"/>
          </w:tcPr>
          <w:p w14:paraId="60FCCAE2" w14:textId="77777777" w:rsidR="000F6711" w:rsidRPr="0093620F" w:rsidRDefault="00000000">
            <w:pPr>
              <w:rPr>
                <w:rFonts w:ascii="Aptos" w:hAnsi="Aptos"/>
                <w:sz w:val="24"/>
                <w:szCs w:val="24"/>
              </w:rPr>
            </w:pPr>
            <w:r w:rsidRPr="0093620F">
              <w:rPr>
                <w:rFonts w:ascii="Aptos" w:hAnsi="Aptos"/>
                <w:sz w:val="24"/>
                <w:szCs w:val="24"/>
              </w:rPr>
              <w:t>Nombre: __________________</w:t>
            </w:r>
          </w:p>
        </w:tc>
        <w:tc>
          <w:tcPr>
            <w:tcW w:w="4320" w:type="dxa"/>
          </w:tcPr>
          <w:p w14:paraId="5D00239B" w14:textId="77777777" w:rsidR="000F6711" w:rsidRPr="0093620F" w:rsidRDefault="00000000">
            <w:pPr>
              <w:rPr>
                <w:rFonts w:ascii="Aptos" w:hAnsi="Aptos"/>
                <w:sz w:val="24"/>
                <w:szCs w:val="24"/>
              </w:rPr>
            </w:pPr>
            <w:r w:rsidRPr="0093620F">
              <w:rPr>
                <w:rFonts w:ascii="Aptos" w:hAnsi="Aptos"/>
                <w:sz w:val="24"/>
                <w:szCs w:val="24"/>
              </w:rPr>
              <w:t>Nombre: __________________</w:t>
            </w:r>
          </w:p>
        </w:tc>
      </w:tr>
      <w:tr w:rsidR="000F6711" w:rsidRPr="0093620F" w14:paraId="3D85FA0D" w14:textId="77777777">
        <w:tc>
          <w:tcPr>
            <w:tcW w:w="4320" w:type="dxa"/>
          </w:tcPr>
          <w:p w14:paraId="0F5A33FF" w14:textId="77777777" w:rsidR="000F6711" w:rsidRPr="0093620F" w:rsidRDefault="00000000">
            <w:pPr>
              <w:rPr>
                <w:rFonts w:ascii="Aptos" w:hAnsi="Aptos"/>
                <w:sz w:val="24"/>
                <w:szCs w:val="24"/>
              </w:rPr>
            </w:pPr>
            <w:r w:rsidRPr="0093620F">
              <w:rPr>
                <w:rFonts w:ascii="Aptos" w:hAnsi="Aptos"/>
                <w:sz w:val="24"/>
                <w:szCs w:val="24"/>
              </w:rPr>
              <w:t>RUT: _____________________</w:t>
            </w:r>
          </w:p>
        </w:tc>
        <w:tc>
          <w:tcPr>
            <w:tcW w:w="4320" w:type="dxa"/>
          </w:tcPr>
          <w:p w14:paraId="12896F78" w14:textId="77777777" w:rsidR="000F6711" w:rsidRPr="0093620F" w:rsidRDefault="00000000">
            <w:pPr>
              <w:rPr>
                <w:rFonts w:ascii="Aptos" w:hAnsi="Aptos"/>
                <w:sz w:val="24"/>
                <w:szCs w:val="24"/>
              </w:rPr>
            </w:pPr>
            <w:r w:rsidRPr="0093620F">
              <w:rPr>
                <w:rFonts w:ascii="Aptos" w:hAnsi="Aptos"/>
                <w:sz w:val="24"/>
                <w:szCs w:val="24"/>
              </w:rPr>
              <w:t>RUT: _____________________</w:t>
            </w:r>
          </w:p>
        </w:tc>
      </w:tr>
      <w:tr w:rsidR="000F6711" w:rsidRPr="0093620F" w14:paraId="6759D041" w14:textId="77777777">
        <w:tc>
          <w:tcPr>
            <w:tcW w:w="4320" w:type="dxa"/>
          </w:tcPr>
          <w:p w14:paraId="57D6AC0C" w14:textId="77777777" w:rsidR="000F6711" w:rsidRPr="0093620F" w:rsidRDefault="00000000">
            <w:pPr>
              <w:rPr>
                <w:rFonts w:ascii="Aptos" w:hAnsi="Aptos"/>
                <w:sz w:val="24"/>
                <w:szCs w:val="24"/>
              </w:rPr>
            </w:pPr>
            <w:r w:rsidRPr="0093620F">
              <w:rPr>
                <w:rFonts w:ascii="Aptos" w:hAnsi="Aptos"/>
                <w:sz w:val="24"/>
                <w:szCs w:val="24"/>
              </w:rPr>
              <w:t>Firma: ___________________</w:t>
            </w:r>
          </w:p>
        </w:tc>
        <w:tc>
          <w:tcPr>
            <w:tcW w:w="4320" w:type="dxa"/>
          </w:tcPr>
          <w:p w14:paraId="619334B4" w14:textId="77777777" w:rsidR="000F6711" w:rsidRPr="0093620F" w:rsidRDefault="00000000">
            <w:pPr>
              <w:rPr>
                <w:rFonts w:ascii="Aptos" w:hAnsi="Aptos"/>
                <w:sz w:val="24"/>
                <w:szCs w:val="24"/>
              </w:rPr>
            </w:pPr>
            <w:r w:rsidRPr="0093620F">
              <w:rPr>
                <w:rFonts w:ascii="Aptos" w:hAnsi="Aptos"/>
                <w:sz w:val="24"/>
                <w:szCs w:val="24"/>
              </w:rPr>
              <w:t>Firma: ___________________</w:t>
            </w:r>
          </w:p>
        </w:tc>
      </w:tr>
    </w:tbl>
    <w:p w14:paraId="7B9738E8" w14:textId="49B66058" w:rsidR="000F6711" w:rsidRPr="0093620F" w:rsidRDefault="00000000">
      <w:pPr>
        <w:rPr>
          <w:rFonts w:ascii="Aptos" w:hAnsi="Aptos"/>
          <w:sz w:val="24"/>
          <w:szCs w:val="24"/>
        </w:rPr>
      </w:pPr>
      <w:r w:rsidRPr="0093620F">
        <w:rPr>
          <w:rFonts w:ascii="Aptos" w:hAnsi="Aptos"/>
          <w:sz w:val="24"/>
          <w:szCs w:val="24"/>
        </w:rPr>
        <w:t>Teléfono: ______________________</w:t>
      </w:r>
    </w:p>
    <w:p w14:paraId="75730298" w14:textId="77777777" w:rsidR="0093620F" w:rsidRDefault="00000000">
      <w:pPr>
        <w:rPr>
          <w:rFonts w:ascii="Aptos" w:hAnsi="Aptos"/>
          <w:sz w:val="24"/>
          <w:szCs w:val="24"/>
        </w:rPr>
      </w:pPr>
      <w:r w:rsidRPr="0093620F">
        <w:rPr>
          <w:rFonts w:ascii="Aptos" w:hAnsi="Aptos"/>
          <w:sz w:val="24"/>
          <w:szCs w:val="24"/>
        </w:rPr>
        <w:br/>
      </w:r>
    </w:p>
    <w:p w14:paraId="09458B8E" w14:textId="1E668D57" w:rsidR="000F6711" w:rsidRPr="0093620F" w:rsidRDefault="00000000">
      <w:pPr>
        <w:rPr>
          <w:rFonts w:ascii="Aptos" w:hAnsi="Aptos"/>
          <w:sz w:val="24"/>
          <w:szCs w:val="24"/>
        </w:rPr>
      </w:pPr>
      <w:r w:rsidRPr="0093620F">
        <w:rPr>
          <w:rFonts w:ascii="Aptos" w:hAnsi="Aptos"/>
          <w:sz w:val="24"/>
          <w:szCs w:val="24"/>
        </w:rPr>
        <w:t>Timbre de la Comunidad</w:t>
      </w:r>
      <w:r w:rsidR="0093620F">
        <w:rPr>
          <w:rFonts w:ascii="Aptos" w:hAnsi="Aptos"/>
          <w:sz w:val="24"/>
          <w:szCs w:val="24"/>
        </w:rPr>
        <w:t>:</w:t>
      </w:r>
    </w:p>
    <w:sectPr w:rsidR="000F6711" w:rsidRPr="0093620F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F3236" w14:textId="77777777" w:rsidR="009C3C01" w:rsidRDefault="009C3C01" w:rsidP="0093620F">
      <w:pPr>
        <w:spacing w:after="0" w:line="240" w:lineRule="auto"/>
      </w:pPr>
      <w:r>
        <w:separator/>
      </w:r>
    </w:p>
  </w:endnote>
  <w:endnote w:type="continuationSeparator" w:id="0">
    <w:p w14:paraId="7EB658C4" w14:textId="77777777" w:rsidR="009C3C01" w:rsidRDefault="009C3C01" w:rsidP="00936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D4C3D" w14:textId="77777777" w:rsidR="009C3C01" w:rsidRDefault="009C3C01" w:rsidP="0093620F">
      <w:pPr>
        <w:spacing w:after="0" w:line="240" w:lineRule="auto"/>
      </w:pPr>
      <w:r>
        <w:separator/>
      </w:r>
    </w:p>
  </w:footnote>
  <w:footnote w:type="continuationSeparator" w:id="0">
    <w:p w14:paraId="3AC39F59" w14:textId="77777777" w:rsidR="009C3C01" w:rsidRDefault="009C3C01" w:rsidP="00936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56B34" w14:textId="4F0B8E68" w:rsidR="0093620F" w:rsidRPr="0093620F" w:rsidRDefault="0093620F" w:rsidP="0093620F">
    <w:pPr>
      <w:pStyle w:val="Encabezado"/>
    </w:pPr>
    <w:r>
      <w:tab/>
    </w:r>
    <w:r>
      <w:tab/>
    </w:r>
    <w:r>
      <w:rPr>
        <w:noProof/>
      </w:rPr>
      <w:drawing>
        <wp:inline distT="0" distB="0" distL="0" distR="0" wp14:anchorId="1BFF794C" wp14:editId="79C6A68C">
          <wp:extent cx="1325740" cy="546100"/>
          <wp:effectExtent l="0" t="0" r="0" b="0"/>
          <wp:docPr id="2007519677" name="Imagen 1" descr="Lundin Mining Caserones.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519677" name="Imagen 1" descr="Lundin Mining Caserones.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2678" cy="553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6939782">
    <w:abstractNumId w:val="8"/>
  </w:num>
  <w:num w:numId="2" w16cid:durableId="2092238059">
    <w:abstractNumId w:val="6"/>
  </w:num>
  <w:num w:numId="3" w16cid:durableId="917054013">
    <w:abstractNumId w:val="5"/>
  </w:num>
  <w:num w:numId="4" w16cid:durableId="41710306">
    <w:abstractNumId w:val="4"/>
  </w:num>
  <w:num w:numId="5" w16cid:durableId="1273509900">
    <w:abstractNumId w:val="7"/>
  </w:num>
  <w:num w:numId="6" w16cid:durableId="708260541">
    <w:abstractNumId w:val="3"/>
  </w:num>
  <w:num w:numId="7" w16cid:durableId="1370688112">
    <w:abstractNumId w:val="2"/>
  </w:num>
  <w:num w:numId="8" w16cid:durableId="1960989870">
    <w:abstractNumId w:val="1"/>
  </w:num>
  <w:num w:numId="9" w16cid:durableId="1398361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6711"/>
    <w:rsid w:val="0015074B"/>
    <w:rsid w:val="0029639D"/>
    <w:rsid w:val="00326F90"/>
    <w:rsid w:val="0093620F"/>
    <w:rsid w:val="009C3C01"/>
    <w:rsid w:val="00AA1D8D"/>
    <w:rsid w:val="00B47730"/>
    <w:rsid w:val="00CB0664"/>
    <w:rsid w:val="00FC693F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B82E23"/>
  <w14:defaultImageDpi w14:val="300"/>
  <w15:docId w15:val="{A98F74F4-5511-4FA9-9AD6-662C68E6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Mariela Retamal Munoz</cp:lastModifiedBy>
  <cp:revision>2</cp:revision>
  <dcterms:created xsi:type="dcterms:W3CDTF">2026-07-01T15:09:00Z</dcterms:created>
  <dcterms:modified xsi:type="dcterms:W3CDTF">2026-07-01T15:09:00Z</dcterms:modified>
  <cp:category/>
</cp:coreProperties>
</file>